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itle"/>
        <w:rPr>
          <w:rFonts w:ascii="Lato" w:hAnsi="Lato" w:cs="Lato"/>
          <w:sz w:val="20"/>
          <w:szCs w:val="20"/>
        </w:rPr>
      </w:pPr>
    </w:p>
    <w:p w14:paraId="33918A3D" w14:textId="77777777" w:rsidR="00300FAC" w:rsidRPr="00780599" w:rsidRDefault="00300FAC" w:rsidP="00552DFF">
      <w:pPr>
        <w:pStyle w:val="Title"/>
        <w:rPr>
          <w:rFonts w:ascii="Lato" w:hAnsi="Lato" w:cs="Lato"/>
          <w:b w:val="0"/>
          <w:bCs/>
          <w:color w:val="auto"/>
          <w:sz w:val="20"/>
          <w:szCs w:val="20"/>
          <w:lang w:val="pl-PL"/>
        </w:rPr>
      </w:pPr>
      <w:r w:rsidRPr="00780599">
        <w:rPr>
          <w:rFonts w:ascii="Lato" w:hAnsi="Lato" w:cs="Lato"/>
          <w:b w:val="0"/>
          <w:bCs/>
          <w:color w:val="auto"/>
          <w:sz w:val="20"/>
          <w:szCs w:val="20"/>
          <w:lang w:val="pl-PL"/>
        </w:rPr>
        <w:t xml:space="preserve">…………………………………………….. </w:t>
      </w:r>
    </w:p>
    <w:p w14:paraId="7DF9830A" w14:textId="4EC14AD9" w:rsidR="00300FAC" w:rsidRPr="00780599" w:rsidRDefault="00300FAC" w:rsidP="00552DFF">
      <w:pPr>
        <w:pStyle w:val="Title"/>
        <w:rPr>
          <w:rFonts w:ascii="Lato" w:hAnsi="Lato" w:cs="Lato"/>
          <w:b w:val="0"/>
          <w:bCs/>
          <w:color w:val="auto"/>
          <w:sz w:val="18"/>
          <w:szCs w:val="18"/>
          <w:lang w:val="pl-PL"/>
        </w:rPr>
      </w:pPr>
      <w:r w:rsidRPr="00780599">
        <w:rPr>
          <w:rFonts w:ascii="Lato" w:hAnsi="Lato" w:cs="Lato"/>
          <w:b w:val="0"/>
          <w:bCs/>
          <w:color w:val="auto"/>
          <w:sz w:val="18"/>
          <w:szCs w:val="18"/>
          <w:lang w:val="pl-PL"/>
        </w:rPr>
        <w:t>(pieczęć szkoły)</w:t>
      </w:r>
    </w:p>
    <w:p w14:paraId="7314D409" w14:textId="77777777" w:rsidR="00300FAC" w:rsidRPr="00780599" w:rsidRDefault="00300FAC" w:rsidP="00552DFF">
      <w:pPr>
        <w:pStyle w:val="Title"/>
        <w:jc w:val="center"/>
        <w:rPr>
          <w:rFonts w:ascii="Lato" w:hAnsi="Lato" w:cs="Lato"/>
          <w:sz w:val="20"/>
          <w:szCs w:val="20"/>
          <w:lang w:val="pl-PL"/>
        </w:rPr>
      </w:pPr>
    </w:p>
    <w:p w14:paraId="7866DCE8" w14:textId="77777777" w:rsidR="00300FAC" w:rsidRPr="00780599" w:rsidRDefault="00300FAC" w:rsidP="00552DFF">
      <w:pPr>
        <w:pStyle w:val="Title"/>
        <w:jc w:val="center"/>
        <w:rPr>
          <w:rFonts w:ascii="Lato" w:hAnsi="Lato" w:cs="Lato"/>
          <w:sz w:val="20"/>
          <w:szCs w:val="20"/>
          <w:lang w:val="pl-PL"/>
        </w:rPr>
      </w:pPr>
    </w:p>
    <w:p w14:paraId="0471E529" w14:textId="01175D67" w:rsidR="00A67B2E" w:rsidRPr="00780599" w:rsidRDefault="00382C8A" w:rsidP="00552DFF">
      <w:pPr>
        <w:pStyle w:val="Title"/>
        <w:jc w:val="center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KARTA ZGŁOSZENIA UCZNIA</w:t>
      </w:r>
    </w:p>
    <w:p w14:paraId="20711789" w14:textId="7D7E228D" w:rsidR="00A67B2E" w:rsidRPr="00780599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b/>
          <w:sz w:val="20"/>
          <w:szCs w:val="20"/>
          <w:lang w:val="pl-PL"/>
        </w:rPr>
        <w:t>do Wojewódzkiego Konkursu z .......................................................... (nazwa przedmiotu)</w:t>
      </w:r>
      <w:r w:rsidR="00A14621" w:rsidRPr="00780599">
        <w:rPr>
          <w:rFonts w:ascii="Lato" w:hAnsi="Lato" w:cs="Lato"/>
          <w:b/>
          <w:sz w:val="20"/>
          <w:szCs w:val="20"/>
          <w:lang w:val="pl-PL"/>
        </w:rPr>
        <w:t>*</w:t>
      </w:r>
      <w:r w:rsidRPr="00780599">
        <w:rPr>
          <w:rFonts w:ascii="Lato" w:hAnsi="Lato" w:cs="Lato"/>
          <w:b/>
          <w:sz w:val="20"/>
          <w:szCs w:val="20"/>
          <w:lang w:val="pl-PL"/>
        </w:rPr>
        <w:br/>
        <w:t>dla uczniów klas IV–VIII szkół podstawowych województwa pomorskiego w roku szkolnym 2026/2027</w:t>
      </w:r>
    </w:p>
    <w:p w14:paraId="2DA09ABE" w14:textId="77777777" w:rsidR="00A67B2E" w:rsidRPr="00780599" w:rsidRDefault="00382C8A" w:rsidP="00552DFF">
      <w:pPr>
        <w:pStyle w:val="Heading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I. Dane uczestnika</w:t>
      </w:r>
    </w:p>
    <w:p w14:paraId="055D38CE" w14:textId="6B0070A2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Imię (imiona) ucznia</w:t>
      </w:r>
      <w:r w:rsidR="00A14621" w:rsidRPr="00780599">
        <w:rPr>
          <w:rFonts w:ascii="Lato" w:hAnsi="Lato" w:cs="Lato"/>
          <w:sz w:val="20"/>
          <w:szCs w:val="20"/>
          <w:lang w:val="pl-PL"/>
        </w:rPr>
        <w:t>*</w:t>
      </w:r>
      <w:r w:rsidRPr="00780599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6458D8C7" w14:textId="0AEDE8F9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Nazwisko ucznia</w:t>
      </w:r>
      <w:r w:rsidR="00A14621" w:rsidRPr="00780599">
        <w:rPr>
          <w:rFonts w:ascii="Lato" w:hAnsi="Lato" w:cs="Lato"/>
          <w:sz w:val="20"/>
          <w:szCs w:val="20"/>
          <w:lang w:val="pl-PL"/>
        </w:rPr>
        <w:t>*</w:t>
      </w:r>
      <w:r w:rsidRPr="00780599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3F812EFF" w14:textId="640F3E25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Data urodzenia</w:t>
      </w:r>
      <w:r w:rsidR="00A14621" w:rsidRPr="00780599">
        <w:rPr>
          <w:rFonts w:ascii="Lato" w:hAnsi="Lato" w:cs="Lato"/>
          <w:sz w:val="20"/>
          <w:szCs w:val="20"/>
          <w:lang w:val="pl-PL"/>
        </w:rPr>
        <w:t>*</w:t>
      </w:r>
      <w:r w:rsidRPr="00780599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59F4CB45" w14:textId="37CFF94B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Miejsce urodzenia (miejscowość; w przypadku urodzenia poza Polską – również kraj)</w:t>
      </w:r>
      <w:r w:rsidR="00A14621" w:rsidRPr="00780599">
        <w:rPr>
          <w:rFonts w:ascii="Lato" w:hAnsi="Lato" w:cs="Lato"/>
          <w:sz w:val="20"/>
          <w:szCs w:val="20"/>
          <w:lang w:val="pl-PL"/>
        </w:rPr>
        <w:t>*</w:t>
      </w:r>
      <w:r w:rsidRPr="00780599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1F26FFB8" w14:textId="409B82A5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Klasa w roku szkolnym 2026/2027</w:t>
      </w:r>
      <w:r w:rsidR="00A14621" w:rsidRPr="00780599">
        <w:rPr>
          <w:rFonts w:ascii="Lato" w:hAnsi="Lato" w:cs="Lato"/>
          <w:sz w:val="20"/>
          <w:szCs w:val="20"/>
          <w:lang w:val="pl-PL"/>
        </w:rPr>
        <w:t>*</w:t>
      </w:r>
      <w:r w:rsidRPr="00780599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362CEDAB" w14:textId="77777777" w:rsidR="00A67B2E" w:rsidRPr="00780599" w:rsidRDefault="00382C8A" w:rsidP="00552DFF">
      <w:pPr>
        <w:pStyle w:val="Heading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II. Dane szkoły</w:t>
      </w:r>
    </w:p>
    <w:p w14:paraId="74A678F5" w14:textId="08314D47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Pełna nazwa szkoły podstawowej</w:t>
      </w:r>
      <w:r w:rsidR="00A14621" w:rsidRPr="00780599">
        <w:rPr>
          <w:rFonts w:ascii="Lato" w:hAnsi="Lato" w:cs="Lato"/>
          <w:sz w:val="20"/>
          <w:szCs w:val="20"/>
          <w:lang w:val="pl-PL"/>
        </w:rPr>
        <w:t>*</w:t>
      </w:r>
      <w:r w:rsidRPr="00780599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317B45EB" w14:textId="666E5224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Ulica i numer</w:t>
      </w:r>
      <w:r w:rsidR="00A14621" w:rsidRPr="00780599">
        <w:rPr>
          <w:rFonts w:ascii="Lato" w:hAnsi="Lato" w:cs="Lato"/>
          <w:sz w:val="20"/>
          <w:szCs w:val="20"/>
          <w:lang w:val="pl-PL"/>
        </w:rPr>
        <w:t>*</w:t>
      </w:r>
      <w:r w:rsidRPr="00780599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61360609" w14:textId="31521582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Miejscowość</w:t>
      </w:r>
      <w:r w:rsidR="00A14621" w:rsidRPr="00780599">
        <w:rPr>
          <w:rFonts w:ascii="Lato" w:hAnsi="Lato" w:cs="Lato"/>
          <w:sz w:val="20"/>
          <w:szCs w:val="20"/>
          <w:lang w:val="pl-PL"/>
        </w:rPr>
        <w:t>*</w:t>
      </w:r>
      <w:r w:rsidRPr="00780599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709273EA" w14:textId="350FDB51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Gmina</w:t>
      </w:r>
      <w:r w:rsidR="00A14621" w:rsidRPr="00780599">
        <w:rPr>
          <w:rFonts w:ascii="Lato" w:hAnsi="Lato" w:cs="Lato"/>
          <w:sz w:val="20"/>
          <w:szCs w:val="20"/>
          <w:lang w:val="pl-PL"/>
        </w:rPr>
        <w:t>*</w:t>
      </w:r>
      <w:r w:rsidRPr="00780599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3D75C062" w14:textId="3C5D8A04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Powiat</w:t>
      </w:r>
      <w:r w:rsidR="00A14621" w:rsidRPr="00780599">
        <w:rPr>
          <w:rFonts w:ascii="Lato" w:hAnsi="Lato" w:cs="Lato"/>
          <w:sz w:val="20"/>
          <w:szCs w:val="20"/>
          <w:lang w:val="pl-PL"/>
        </w:rPr>
        <w:t>*</w:t>
      </w:r>
      <w:r w:rsidRPr="00780599">
        <w:rPr>
          <w:rFonts w:ascii="Lato" w:hAnsi="Lato" w:cs="Lato"/>
          <w:sz w:val="20"/>
          <w:szCs w:val="20"/>
          <w:lang w:val="pl-PL"/>
        </w:rPr>
        <w:t>:  ............................................................................................................................</w:t>
      </w:r>
    </w:p>
    <w:p w14:paraId="69624A7D" w14:textId="77777777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Potwierdzam prawidłowość powyższych danych.</w:t>
      </w:r>
      <w:r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20"/>
          <w:szCs w:val="20"/>
          <w:lang w:val="pl-PL"/>
        </w:rPr>
        <w:br/>
        <w:t>.................................................................</w:t>
      </w:r>
      <w:r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18"/>
          <w:szCs w:val="18"/>
          <w:lang w:val="pl-PL"/>
        </w:rPr>
        <w:t>data, podpis i pieczęć dyrektora szkoły</w:t>
      </w:r>
    </w:p>
    <w:p w14:paraId="7AD083E9" w14:textId="091DC8B9" w:rsidR="00A67B2E" w:rsidRPr="00780599" w:rsidRDefault="00382C8A" w:rsidP="00552DFF">
      <w:pPr>
        <w:pStyle w:val="Heading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III. Dostosowanie warunków Konkursu</w:t>
      </w:r>
      <w:r w:rsidR="00A14621" w:rsidRPr="00780599">
        <w:rPr>
          <w:rFonts w:ascii="Lato" w:hAnsi="Lato" w:cs="Lato"/>
          <w:sz w:val="20"/>
          <w:szCs w:val="20"/>
          <w:lang w:val="pl-PL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780599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780599">
        <w:rPr>
          <w:rFonts w:ascii="Lato" w:hAnsi="Lato" w:cs="Lato"/>
          <w:sz w:val="20"/>
          <w:szCs w:val="20"/>
          <w:lang w:val="pl-PL"/>
        </w:rPr>
        <w:t xml:space="preserve"> Składam wniosek o dostosowanie warunków przeprowadzenia Konkursu do potrzeb uczestnika.</w:t>
      </w:r>
      <w:r w:rsidRPr="00780599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780599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 xml:space="preserve">Dokumentację potwierdzającą potrzebę dostosowania przedstawia się szkole zgodnie </w:t>
      </w:r>
      <w:r w:rsidR="00A14621"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20"/>
          <w:szCs w:val="20"/>
          <w:lang w:val="pl-PL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14:paraId="108D61FE" w14:textId="54BD5CB2" w:rsidR="00A67B2E" w:rsidRPr="00780599" w:rsidRDefault="00382C8A" w:rsidP="00552DFF">
      <w:pPr>
        <w:pStyle w:val="Heading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IV. Wizerunek – Wojewódzka Gala Wręczenia Zaświadczeń Laureatom</w:t>
      </w:r>
      <w:r w:rsidR="00A14621" w:rsidRPr="00780599">
        <w:rPr>
          <w:rFonts w:ascii="Lato" w:hAnsi="Lato" w:cs="Lato"/>
          <w:sz w:val="20"/>
          <w:szCs w:val="20"/>
          <w:lang w:val="pl-PL"/>
        </w:rPr>
        <w:t>**</w:t>
      </w:r>
    </w:p>
    <w:p w14:paraId="1AF50134" w14:textId="77777777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780599">
        <w:rPr>
          <w:rFonts w:ascii="Lato" w:hAnsi="Lato" w:cs="Lato"/>
          <w:sz w:val="20"/>
          <w:szCs w:val="20"/>
          <w:lang w:val="pl-PL"/>
        </w:rPr>
        <w:t xml:space="preserve"> Zezwalam</w:t>
      </w:r>
      <w:r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780599">
        <w:rPr>
          <w:rFonts w:ascii="Lato" w:hAnsi="Lato" w:cs="Lato"/>
          <w:sz w:val="20"/>
          <w:szCs w:val="20"/>
          <w:lang w:val="pl-PL"/>
        </w:rPr>
        <w:t xml:space="preserve"> Nie zezwalam</w:t>
      </w:r>
    </w:p>
    <w:p w14:paraId="46A65EF8" w14:textId="1D65867B" w:rsidR="00A67B2E" w:rsidRPr="00780599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20"/>
          <w:szCs w:val="20"/>
          <w:lang w:val="pl-PL"/>
        </w:rPr>
        <w:t xml:space="preserve">oraz na oficjalnych profilach Kuratorium w serwisach społecznościowych, w celu informowania o wydarzeniu </w:t>
      </w:r>
      <w:r w:rsidR="00352867"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20"/>
          <w:szCs w:val="20"/>
          <w:lang w:val="pl-PL"/>
        </w:rPr>
        <w:t>i działalności Kuratorium.</w:t>
      </w:r>
      <w:r w:rsidR="00411193" w:rsidRPr="00780599">
        <w:rPr>
          <w:rFonts w:ascii="Lato" w:hAnsi="Lato" w:cs="Lato"/>
          <w:sz w:val="20"/>
          <w:szCs w:val="20"/>
          <w:lang w:val="pl-PL"/>
        </w:rPr>
        <w:t xml:space="preserve"> </w:t>
      </w:r>
      <w:r w:rsidRPr="00780599">
        <w:rPr>
          <w:rFonts w:ascii="Lato" w:hAnsi="Lato" w:cs="Lato"/>
          <w:sz w:val="20"/>
          <w:szCs w:val="20"/>
          <w:lang w:val="pl-PL"/>
        </w:rPr>
        <w:t xml:space="preserve">Zezwolenie jest dobrowolne. Brak zezwolenia nie wpływa na udział w Konkursie, uzyskanie tytułu ani udział w Gali. Podstawą rozpowszechniania wizerunku jest art. 81 ust. 1 ustawy o prawie </w:t>
      </w:r>
      <w:r w:rsidRPr="00780599">
        <w:rPr>
          <w:rFonts w:ascii="Lato" w:hAnsi="Lato" w:cs="Lato"/>
          <w:sz w:val="20"/>
          <w:szCs w:val="20"/>
          <w:lang w:val="pl-PL"/>
        </w:rPr>
        <w:lastRenderedPageBreak/>
        <w:t>autorskim i prawach pokrewnych; zasady przetwarzania danych związanych z publikacją wizerunku określa odrębna informacja Administratora.</w:t>
      </w:r>
    </w:p>
    <w:p w14:paraId="771585ED" w14:textId="77777777" w:rsidR="00936BB1" w:rsidRPr="00780599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780599" w:rsidRDefault="00382C8A" w:rsidP="00552DFF">
      <w:pPr>
        <w:pStyle w:val="Heading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V</w:t>
      </w:r>
      <w:r w:rsidR="00936BB1" w:rsidRPr="00780599">
        <w:rPr>
          <w:rFonts w:ascii="Lato" w:hAnsi="Lato" w:cs="Lato"/>
          <w:sz w:val="20"/>
          <w:szCs w:val="20"/>
          <w:lang w:val="pl-PL"/>
        </w:rPr>
        <w:t>I</w:t>
      </w:r>
      <w:r w:rsidRPr="00780599">
        <w:rPr>
          <w:rFonts w:ascii="Lato" w:hAnsi="Lato" w:cs="Lato"/>
          <w:sz w:val="20"/>
          <w:szCs w:val="20"/>
          <w:lang w:val="pl-PL"/>
        </w:rPr>
        <w:t>. Oświadczenie rodzica/opiekuna prawnego</w:t>
      </w:r>
    </w:p>
    <w:p w14:paraId="556C37A9" w14:textId="7F99F8A5" w:rsidR="00A67B2E" w:rsidRPr="00780599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 xml:space="preserve">Oświadczam, że dane podane w Karcie są zgodne ze stanem faktycznym, zapoznałam/em się </w:t>
      </w:r>
      <w:r w:rsidR="00A14621"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20"/>
          <w:szCs w:val="20"/>
          <w:lang w:val="pl-PL"/>
        </w:rPr>
        <w:t>z Regulaminem Konkursu oraz otrzymałam/em lub udostępniono mi informacje dotyczące przetwarzania danych osobowych przez właściwego administratora.</w:t>
      </w:r>
    </w:p>
    <w:p w14:paraId="33A03845" w14:textId="77777777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br/>
        <w:t>.................................................................</w:t>
      </w:r>
      <w:r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18"/>
          <w:szCs w:val="18"/>
          <w:lang w:val="pl-PL"/>
        </w:rPr>
        <w:t>miejscowość, data i podpis rodzica/opiekuna prawnego</w:t>
      </w:r>
    </w:p>
    <w:p w14:paraId="249B7BCC" w14:textId="08E7585E" w:rsidR="00A67B2E" w:rsidRPr="00780599" w:rsidRDefault="00382C8A" w:rsidP="00552DFF">
      <w:pPr>
        <w:pStyle w:val="Heading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VI</w:t>
      </w:r>
      <w:r w:rsidR="00936BB1" w:rsidRPr="00780599">
        <w:rPr>
          <w:rFonts w:ascii="Lato" w:hAnsi="Lato" w:cs="Lato"/>
          <w:sz w:val="20"/>
          <w:szCs w:val="20"/>
          <w:lang w:val="pl-PL"/>
        </w:rPr>
        <w:t>I</w:t>
      </w:r>
      <w:r w:rsidRPr="00780599">
        <w:rPr>
          <w:rFonts w:ascii="Lato" w:hAnsi="Lato" w:cs="Lato"/>
          <w:sz w:val="20"/>
          <w:szCs w:val="20"/>
          <w:lang w:val="pl-PL"/>
        </w:rPr>
        <w:t>. Informacja dotycząca przetwarzania danych na stopniu I – szkolnym</w:t>
      </w:r>
    </w:p>
    <w:p w14:paraId="7BE8F495" w14:textId="63F979F9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 xml:space="preserve">Administratorem danych osobowych jest </w:t>
      </w:r>
      <w:r w:rsidR="00780599">
        <w:rPr>
          <w:rFonts w:ascii="Lato" w:hAnsi="Lato" w:cs="Lato"/>
          <w:sz w:val="20"/>
          <w:szCs w:val="20"/>
          <w:lang w:val="pl-PL"/>
        </w:rPr>
        <w:t>British International School PL Sp. z o.o.</w:t>
      </w:r>
    </w:p>
    <w:p w14:paraId="32FBF02A" w14:textId="2968A6E4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Dane kontaktowe szkoły</w:t>
      </w:r>
      <w:r w:rsidR="00780599">
        <w:rPr>
          <w:rFonts w:ascii="Lato" w:hAnsi="Lato" w:cs="Lato"/>
          <w:sz w:val="20"/>
          <w:szCs w:val="20"/>
          <w:lang w:val="pl-PL"/>
        </w:rPr>
        <w:t>: ofice@bisg.edu.pl</w:t>
      </w:r>
    </w:p>
    <w:p w14:paraId="063954CD" w14:textId="1CCBF4BC" w:rsidR="00A67B2E" w:rsidRPr="00780599" w:rsidRDefault="00382C8A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Kontakt do IOD szkoły:</w:t>
      </w:r>
      <w:r w:rsidR="00780599">
        <w:rPr>
          <w:rFonts w:ascii="Lato" w:hAnsi="Lato" w:cs="Lato"/>
          <w:sz w:val="20"/>
          <w:szCs w:val="20"/>
          <w:lang w:val="pl-PL"/>
        </w:rPr>
        <w:t xml:space="preserve"> iod.bisg@grupaformat.pl</w:t>
      </w:r>
    </w:p>
    <w:p w14:paraId="02312C48" w14:textId="4CC79266" w:rsidR="00A67B2E" w:rsidRPr="00780599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Dane są przetwarzane w celu organizacji i przeprowadzenia stopnia I – szkolnego Konkursu, ustalenia wyników i sporządzenia dokumentacji.</w:t>
      </w:r>
      <w:r w:rsidR="00D63C7B" w:rsidRPr="00780599">
        <w:rPr>
          <w:rFonts w:ascii="Lato" w:hAnsi="Lato" w:cs="Lato"/>
          <w:sz w:val="20"/>
          <w:szCs w:val="20"/>
          <w:lang w:val="pl-PL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780599">
        <w:rPr>
          <w:rFonts w:ascii="Lato" w:hAnsi="Lato" w:cs="Lato"/>
          <w:sz w:val="20"/>
          <w:szCs w:val="20"/>
          <w:lang w:val="pl-PL"/>
        </w:rPr>
        <w:t xml:space="preserve"> Podanie danych wymaganych do udziału w Konkursie jest niezbędne; ich brak może uniemożliwić zgłoszenie lub realizację udziału.</w:t>
      </w:r>
      <w:r w:rsidR="00780599">
        <w:rPr>
          <w:rFonts w:ascii="Lato" w:hAnsi="Lato" w:cs="Lato"/>
          <w:sz w:val="20"/>
          <w:szCs w:val="20"/>
          <w:lang w:val="pl-PL"/>
        </w:rPr>
        <w:t xml:space="preserve"> </w:t>
      </w:r>
      <w:r w:rsidRPr="00780599">
        <w:rPr>
          <w:rFonts w:ascii="Lato" w:hAnsi="Lato" w:cs="Lato"/>
          <w:sz w:val="20"/>
          <w:szCs w:val="20"/>
          <w:lang w:val="pl-PL"/>
        </w:rPr>
        <w:t xml:space="preserve">Dane i dokumentacja uczestników określonych w Regulaminie mogą zostać przekazane właściwej RKK w celu weryfikacji wyników stopnia I – szkolnego, ustalenia kwalifikacji do stopnia </w:t>
      </w:r>
      <w:r w:rsidR="00A14621"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20"/>
          <w:szCs w:val="20"/>
          <w:lang w:val="pl-PL"/>
        </w:rPr>
        <w:t>II – rejonowego oraz dalszej organizacji Konkursu. W zakresie tych danych administratorem jest Pomorski Kurator Oświaty.</w:t>
      </w:r>
      <w:r w:rsidR="00411193" w:rsidRPr="00780599">
        <w:rPr>
          <w:rFonts w:ascii="Lato" w:hAnsi="Lato" w:cs="Lato"/>
          <w:sz w:val="20"/>
          <w:szCs w:val="20"/>
          <w:lang w:val="pl-PL"/>
        </w:rPr>
        <w:t xml:space="preserve"> </w:t>
      </w:r>
      <w:r w:rsidRPr="00780599">
        <w:rPr>
          <w:rFonts w:ascii="Lato" w:hAnsi="Lato" w:cs="Lato"/>
          <w:sz w:val="20"/>
          <w:szCs w:val="20"/>
          <w:lang w:val="pl-PL"/>
        </w:rPr>
        <w:t>Dane będą przechowywane przez okres wynikający z Regulaminu oraz przepisów kancelaryjno-archiwalnych i JRWA właściwego administratora. Osobie przysługują, na zasadach określonych</w:t>
      </w:r>
      <w:r w:rsidR="00411193" w:rsidRPr="00780599">
        <w:rPr>
          <w:rFonts w:ascii="Lato" w:hAnsi="Lato" w:cs="Lato"/>
          <w:sz w:val="20"/>
          <w:szCs w:val="20"/>
          <w:lang w:val="pl-PL"/>
        </w:rPr>
        <w:t xml:space="preserve"> </w:t>
      </w:r>
      <w:r w:rsidR="00411193"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20"/>
          <w:szCs w:val="20"/>
          <w:lang w:val="pl-PL"/>
        </w:rPr>
        <w:t xml:space="preserve">w RODO, m.in. prawa dostępu, sprostowania, ograniczenia przetwarzania oraz wniesienia skargi </w:t>
      </w:r>
      <w:r w:rsidR="00A14621"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20"/>
          <w:szCs w:val="20"/>
          <w:lang w:val="pl-PL"/>
        </w:rPr>
        <w:t>do Prezesa UODO.</w:t>
      </w:r>
    </w:p>
    <w:p w14:paraId="337C79A2" w14:textId="370ADE5B" w:rsidR="00A67B2E" w:rsidRPr="00780599" w:rsidRDefault="00382C8A" w:rsidP="00552DFF">
      <w:pPr>
        <w:pStyle w:val="Heading1"/>
        <w:spacing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VII</w:t>
      </w:r>
      <w:r w:rsidR="00936BB1" w:rsidRPr="00780599">
        <w:rPr>
          <w:rFonts w:ascii="Lato" w:hAnsi="Lato" w:cs="Lato"/>
          <w:sz w:val="20"/>
          <w:szCs w:val="20"/>
          <w:lang w:val="pl-PL"/>
        </w:rPr>
        <w:t>I</w:t>
      </w:r>
      <w:r w:rsidRPr="00780599">
        <w:rPr>
          <w:rFonts w:ascii="Lato" w:hAnsi="Lato" w:cs="Lato"/>
          <w:sz w:val="20"/>
          <w:szCs w:val="20"/>
          <w:lang w:val="pl-PL"/>
        </w:rPr>
        <w:t>. Informacja o dalszym przetwarzaniu danych przez Pomorskiego Kuratora Oświaty</w:t>
      </w:r>
    </w:p>
    <w:p w14:paraId="49530D87" w14:textId="26D892D0" w:rsidR="00A67B2E" w:rsidRPr="00780599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 xml:space="preserve">Jeżeli dokumentacja uczestnika zostanie przekazana przez SKK do właściwej RKK zgodnie </w:t>
      </w:r>
      <w:r w:rsidR="00A14621"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20"/>
          <w:szCs w:val="20"/>
          <w:lang w:val="pl-PL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 w:rsidRPr="00780599">
        <w:rPr>
          <w:rFonts w:ascii="Lato" w:hAnsi="Lato" w:cs="Lato"/>
          <w:sz w:val="20"/>
          <w:szCs w:val="20"/>
          <w:lang w:val="pl-PL"/>
        </w:rPr>
        <w:br/>
      </w:r>
      <w:r w:rsidRPr="00780599">
        <w:rPr>
          <w:rFonts w:ascii="Lato" w:hAnsi="Lato" w:cs="Lato"/>
          <w:sz w:val="20"/>
          <w:szCs w:val="20"/>
          <w:lang w:val="pl-PL"/>
        </w:rPr>
        <w:t>nie wymaga podpisania.</w:t>
      </w:r>
    </w:p>
    <w:p w14:paraId="5E9FAB94" w14:textId="77777777" w:rsidR="00A14621" w:rsidRPr="00780599" w:rsidRDefault="00A1462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</w:p>
    <w:p w14:paraId="02B0B2ED" w14:textId="4FCCD103" w:rsidR="00A14621" w:rsidRPr="00780599" w:rsidRDefault="00A1462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780599">
        <w:rPr>
          <w:rFonts w:ascii="Lato" w:hAnsi="Lato" w:cs="Lato"/>
          <w:sz w:val="20"/>
          <w:szCs w:val="20"/>
          <w:lang w:val="pl-PL"/>
        </w:rPr>
        <w:t>* wypełnić komputerowo / pisemnie drukowanymi literami;  ** zaznacz jedną odpowiedź</w:t>
      </w:r>
    </w:p>
    <w:sectPr w:rsidR="00A14621" w:rsidRPr="00780599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B7866" w14:textId="77777777" w:rsidR="001E59F8" w:rsidRDefault="001E59F8">
      <w:pPr>
        <w:spacing w:after="0" w:line="240" w:lineRule="auto"/>
      </w:pPr>
      <w:r>
        <w:separator/>
      </w:r>
    </w:p>
  </w:endnote>
  <w:endnote w:type="continuationSeparator" w:id="0">
    <w:p w14:paraId="0C99C471" w14:textId="77777777" w:rsidR="001E59F8" w:rsidRDefault="001E5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Footer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7A3BD" w14:textId="77777777" w:rsidR="001E59F8" w:rsidRDefault="001E59F8">
      <w:pPr>
        <w:spacing w:after="0" w:line="240" w:lineRule="auto"/>
      </w:pPr>
      <w:r>
        <w:separator/>
      </w:r>
    </w:p>
  </w:footnote>
  <w:footnote w:type="continuationSeparator" w:id="0">
    <w:p w14:paraId="3F7AAE95" w14:textId="77777777" w:rsidR="001E59F8" w:rsidRDefault="001E5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09626A7A" w:rsidR="00300FAC" w:rsidRPr="00780599" w:rsidRDefault="00300FAC" w:rsidP="00352867">
    <w:pPr>
      <w:spacing w:before="60"/>
      <w:ind w:left="2880" w:firstLine="720"/>
      <w:jc w:val="center"/>
      <w:rPr>
        <w:rFonts w:ascii="Lato" w:eastAsiaTheme="minorHAnsi" w:hAnsi="Lato" w:cs="Lato"/>
        <w:bCs/>
        <w:iCs/>
        <w:sz w:val="20"/>
        <w:szCs w:val="20"/>
        <w:lang w:val="pl-PL"/>
      </w:rPr>
    </w:pPr>
    <w:r w:rsidRPr="00780599">
      <w:rPr>
        <w:rFonts w:ascii="Lato" w:hAnsi="Lato" w:cs="Lato"/>
        <w:i/>
        <w:iCs/>
        <w:sz w:val="20"/>
        <w:szCs w:val="20"/>
        <w:lang w:val="pl-PL"/>
      </w:rPr>
      <w:t>Załącznik nr 1 do Regulaminu</w:t>
    </w:r>
    <w:r w:rsidRPr="00780599">
      <w:rPr>
        <w:rFonts w:ascii="Lato" w:eastAsiaTheme="minorHAnsi" w:hAnsi="Lato" w:cs="Lato"/>
        <w:bCs/>
        <w:sz w:val="20"/>
        <w:szCs w:val="20"/>
        <w:lang w:val="pl-PL"/>
      </w:rPr>
      <w:t xml:space="preserve"> Wojewódzkiego Konkursu z……. </w:t>
    </w:r>
  </w:p>
  <w:p w14:paraId="63D25BFF" w14:textId="19C3D8D7" w:rsidR="00300FAC" w:rsidRPr="00780599" w:rsidRDefault="00300FAC">
    <w:pPr>
      <w:pStyle w:val="Header"/>
      <w:rPr>
        <w:lang w:val="pl-PL"/>
      </w:rPr>
    </w:pPr>
  </w:p>
  <w:p w14:paraId="2837FD42" w14:textId="77777777" w:rsidR="00300FAC" w:rsidRPr="00780599" w:rsidRDefault="00300FAC">
    <w:pPr>
      <w:pStyle w:val="Head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5559103">
    <w:abstractNumId w:val="8"/>
  </w:num>
  <w:num w:numId="2" w16cid:durableId="293489613">
    <w:abstractNumId w:val="6"/>
  </w:num>
  <w:num w:numId="3" w16cid:durableId="1711296492">
    <w:abstractNumId w:val="5"/>
  </w:num>
  <w:num w:numId="4" w16cid:durableId="593975088">
    <w:abstractNumId w:val="4"/>
  </w:num>
  <w:num w:numId="5" w16cid:durableId="375667135">
    <w:abstractNumId w:val="7"/>
  </w:num>
  <w:num w:numId="6" w16cid:durableId="869880486">
    <w:abstractNumId w:val="3"/>
  </w:num>
  <w:num w:numId="7" w16cid:durableId="2128304859">
    <w:abstractNumId w:val="2"/>
  </w:num>
  <w:num w:numId="8" w16cid:durableId="1735423782">
    <w:abstractNumId w:val="1"/>
  </w:num>
  <w:num w:numId="9" w16cid:durableId="379213634">
    <w:abstractNumId w:val="0"/>
  </w:num>
  <w:num w:numId="10" w16cid:durableId="20695666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1E59F8"/>
    <w:rsid w:val="0029639D"/>
    <w:rsid w:val="002A032A"/>
    <w:rsid w:val="00300FAC"/>
    <w:rsid w:val="00326F90"/>
    <w:rsid w:val="00352867"/>
    <w:rsid w:val="00382C8A"/>
    <w:rsid w:val="00411193"/>
    <w:rsid w:val="00535C1D"/>
    <w:rsid w:val="00552DFF"/>
    <w:rsid w:val="0069772A"/>
    <w:rsid w:val="00780599"/>
    <w:rsid w:val="0078477F"/>
    <w:rsid w:val="00936BB1"/>
    <w:rsid w:val="009E18D0"/>
    <w:rsid w:val="00A14621"/>
    <w:rsid w:val="00A67B2E"/>
    <w:rsid w:val="00A71650"/>
    <w:rsid w:val="00AA1D8D"/>
    <w:rsid w:val="00B2368F"/>
    <w:rsid w:val="00B47730"/>
    <w:rsid w:val="00BE6293"/>
    <w:rsid w:val="00BF64B4"/>
    <w:rsid w:val="00C81A2F"/>
    <w:rsid w:val="00CB0664"/>
    <w:rsid w:val="00D63C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Piotr Wełnowski</cp:lastModifiedBy>
  <cp:revision>12</cp:revision>
  <cp:lastPrinted>2026-08-27T08:48:00Z</cp:lastPrinted>
  <dcterms:created xsi:type="dcterms:W3CDTF">2013-12-23T23:15:00Z</dcterms:created>
  <dcterms:modified xsi:type="dcterms:W3CDTF">2026-10-02T07:38:00Z</dcterms:modified>
  <cp:category/>
</cp:coreProperties>
</file>